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רצף התקופות מהנאורות ועד הציונות ואת הקשרים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מפתח (אמנציפציה, השכלה, לאומיות, זרם ציוני) ולהסביר אותם במילים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טקסט היסטורי קצר והפקת מידע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דיון מכבד בסוגיה רגישה כמו אמונה בשואה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עידן הנאורות והמהפכה התעשייתית – שליפת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המאה ה-18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ג'ון 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טקסטיל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עידן הנאורות והמהפכה התעשייתית – אמת או 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עקרון הפרדת הרשויות מתוך 'רוח החוקים'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המהפכה התעשייתית החלה בבריטניה והתפשטה משם לארצות נוספות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עידן הנאורות והמהפכה התעשייתית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האמנה החברתית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מנוע הקיטור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דרלינגטון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עידן הנאורות והמהפכה התעשייתית – התאמת הוגים לרעיונות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(זכויות טבעיות: חיים, חירות ורכוש)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(הפרדת רשויות)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(סובלנות דתית וחופש ביטוי)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(עריכת האנציקלופדיה)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(שיפור מנוע הקיטור)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אמנציפציה והשכלה יהודית – הכרות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 - שחרור ושוויון זכויות.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הגבלות על עיסוקים, מסים מיוחדים ולעיתים חובת מגורים ברובע נפרד.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אמנציפציה והשכלה יהודית – תרגול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יוסף השני, קיסר אוסטריה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משה מנדלסון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אמנציפציה והשכלה יהודית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1. 1791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אמנציפציה והשכלה יהודית –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(1782)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(1790)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(1791)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(1806)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התעוררות הלאומיות הערבית – הכרות עם המושגים והאירועים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כ-400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א-נהדה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בוטרוס אל-בוסתאני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מהפכת הטורקים הצעירים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מנדטים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התעוררות הלאומיות הערבית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(שלב תרבותי של חידוש השפה והספרות הערבית)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(סופרים שהדגישו גאווה בשפה ובמורשת הערבית)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(הוגה שביקר את השלטון העות'מאני הריכוזי)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(מהפכת הטורקים הצעירים וחיזוק הטורקיפיקציה)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(פרץ המרד הערבי נגד העות'מאנים)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(קיבלו מנדטים על ארצות ערביות אחרי המלחמה)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התעוררות הלאומיות הערבית – חשיבה ולמידה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התמקד בשפה, בספרות, בעיתונים ובבתי ספר, ולא בדרישות מדיניות כמו עצמאות או ייצוג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אחריה התחזקה מדיניות ריכוזית וטורקיפיקציה שפגעה בזהות הערבית, ובתגובה קמו אגודות ותנועות לאומיות ערביות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פתוחה: אפשר לציין שההתעוררות התרבותית יצרה תחושת זהות וגאווה משותפת, שעליה נבנתה אחר כך הדרישה המדינית לעצמאות ולמרד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זרמים בציונות והצביון הדתי ביישוב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המזרחי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בארבע ערי הקודש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מכירה סמלית של הקרקע לנוכרי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זרמים בציונות והצביון הדתי ביישוב – התאמה בין זרם לרעיון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(הכרה בינלאומית ('צ'רטר') לפני התיישבות רחבה)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(התחלה מיידית בעלייה וברכישת קרקעות)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(מרכז רוחני ותרבות עברית מתחדשת)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(שילוב בין תורה ועבודה)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(ייצוג היהדות החרדית, לא תמיד בזרם הציוני)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זרמים בציונות והצביון הדתי ביישוב – חשיבה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התמקד בפעולה מדינית מהירה והכרה בינלאומית; אחד העם ראה בבעיה משבר תרבותי וזהותי וביקש קודם לחדש את התרבות העברית.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ויכוח על שמירת שבת בפומבי, ושאלת עבודת האדמה בשנת שמיטה (היתר המכירה).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ניסה ליצור פשרה בנושאי שבת, כשרות, נישואין וחינוך בין דתיים לחילונים; תשובה פתוחה הדורשת נימוק.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זיכרון החורבן לדורותיו – הכרת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בסוף המרד הגדול (66–73) כבש טיטוס את ירושלים ושרף את המקדש.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על פי האגדה הוא הוצא מהעיר בארון מתים, כדי לחמוק מהמצור.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זיכרון החורבן לדורותיו – הכרת העובדות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טיטוס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תן לי יבנה וחכמיה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זיכרון החורבן לדורותיו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שנאת 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זיכרון החורבן לדורותיו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(יום צום לזכר חורבן שני בתי המקדש)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(ביקש מהשליט הרומי לקבל את יבנה)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שאירע בפועל בעבר)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(אגדה שמראה איך עלבון הוביל לאסון גדול)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דף שיח: אמונה בשואה ואחריה – כללי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בדף נכתב שאין תשובה נכונה אחת, יש עמדות, רגשות ושאלות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אחד מכללי השיח הוא שהשיתוף הוא בחירה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הכלל אומר שמה שנאמר בכיתה נשאר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הכלל אומר להקשיב עד הסוף, בלי לקטוע ובלי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אחד מכללי השיח המפורשים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דף שיח: אמונה בשואה ואחריה – מה אמרו בעדויות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נשאר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מוותר/ת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מדויק המבחין בין מושג לזכויות אזרחיות לבין תנועה תרבותית-חינוכית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כרונולוגי נכון עם הסבר קצר לקשר בין התקופות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לריבוי עמדות ולכבוד הדדי, בלי שיפוטיות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על פני כמה שיעורים, פרק אחד או שניים בכל פגישה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 השיח על אמונה בשואה מומלץ להזכיר את כללי השיח ולתת זמן ביטוי חופשי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בגרסת עולים עם עברית פשוטה ומילון בהקשה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החוברת כדאי לחזור על ציר הזמן המלא ולבקש מהתלמידים לקשר בין הפרקים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שישה פרקים. עוברים לפי הסדר. קוראים, עונים, ובסוף בודקים את התשובות.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בכוח התבונה של האדם להבין ולשפר את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אמנציפציה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מתן שוויון זכויות אזרחי ופוליטי ליהודים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השכלה (הסכלה יהודית)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שרצתה לחבר בין היהדות לתרבות האירופית המודרנית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מהפכה תעשייתית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מייצור ידני לייצור במכונות ובמפעלים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א-נהדה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התעוררות תרבותית ערבית במאה ה-19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 מדינית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זרם שהוביל הרצל, שהדגיש הכרה בינלאומית לפני התיישבות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 רוחנית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זרם של אחד העם שרצה מרכז תרבותי עברי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 קולקטיבי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שעם בוחר לזכור ולהנחיל, להבדיל מהעובדות ההיסטוריות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סטטוס קוו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על יחסי דת ומדינה ביישוב לפני קום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 ישן וחדש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הקהילות היהודיות שחיו בארץ לפני הציונות לעומת מתיישבי העלייה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עידן הנאורות והמהפכה התעשייתית – שליפת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הייתה הנאורות?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המאה ה-15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המאה ה-18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המאה ה-20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ימי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דיבר על זכויות טבעיות?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דני דידרו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אייזק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יוצרו קודם במכונות?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תחבורה ימית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עידן הנאורות והמהפכה התעשייתית – אמת או 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מונטסקייה הציע לחלק את השלטון לשלוש רשויות: מחוקקת, מבצעת ושופטת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התעשייתית החלה בצרפת ורק אחר כך הגיעה לבריטניה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עידן הנאורות והמהפכה התעשייתית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ז'אן-ז'ק רוסו כתב את הספר __________ שבו טען שהריבונות שייכת לעם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ג'יימס וואט שיפר את ה__________ שהפעיל מכונות ורכבות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מסילת הברזל הראשונה לנוסעים נפתחה בין העיר סטוקטון לעיר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עידן הנאורות והמהפכה התעשייתית – התאמת הוגים לרעיונות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ג'ון לוק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הפרדת רשויות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מונטסקייה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עריכת האנציקלופדיה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וולטר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שיפור מנוע הקיטור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דני דידרו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זכויות טבעיות: חיים, חירות ורכוש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ג'יימס וואט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סובלנות דתית וחופש ביטוי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אמנציפציה והשכלה יהודית – הכרות 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אמנציפציה פירושה מתן שוויון זכויות אזרחיות ופוליטיות ליהודים.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האמנציפציה יכלו היהודים באירופה לעסוק בכל עיסוק וללא הגבלות מגורים.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אמנציפציה והשכלה יהודית – תרגול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מסמך שהקל על חיי היהודים ב-1782?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יוסף השני, קיסר אוסטריה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נפוליאון בונפרטה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הרוזן קלרמון-טונר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ייסד את תנועת ההשכלה בברלין?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מונטסקייה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אמנציפציה והשכלה יהודית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בשנת __________ קיבלו כל יהודי צרפת שוויון זכויות מלא.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1789 התקיים באספה הלאומית הצרפתית ויכוח סוער על __________ היהודים.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אמנציפציה והשכלה יהודית – 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 הסובלנות של יוסף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1790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שוויון ליהודים הספרדים-פורטוגזים בצרפת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1806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שוויון מלא לכל יהודי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1782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אספת הנכבדים שכינס נפוליאון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1791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התעוררות הלאומיות הערבית – הכרות עם המושגים והאירועים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שנים שלטו העות'מאנים בארצות ערביות?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כ-100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כ-200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כ-400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כ-600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השם של השלב הראשון, התרבותי?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הנהדה הלאומית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א-נהדה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הטורקים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המרד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הדגיש גאווה בשפה הערבית?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בוטרוס אל-בוסתאני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ג'יימס וואט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אירוע חשוב קרה ב-1908?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מהפכת הטורקים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המרד הערבי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כיבוש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הקונגרס הציוני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קיבלו בריטניה וצרפת אחרי המלחמה?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עצמאות מלאה לערבים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מנדטים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המשך שלטון עות'מאני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שותפות עם רוסיה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התעוררות הלאומיות הערבית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א-נהדה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קיבלו מנדטים על ארצות ערביות אחרי המלחמה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בוטרוס אל-בוסתאני ונאסיף אל-יאזג'י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מהפכת הטורקים הצעירים וחיזוק הטורקיפיקציה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עבד אל-רחמן אל-כואכבי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סופרים שהדגישו גאווה בשפה ובמורשת הערבית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4. 1908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שלב תרבותי של חידוש השפה והספרות הערבית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5. 1916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הוגה שביקר את השלטון העות'מאני הריכוזי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בריטניה וצרפת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פרץ המרד הערבי נגד העות'מאנים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התעוררות הלאומיות הערבית – חשיבה ולמידה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השלב הראשון של ההתעוררות הערבית נקרא תרבותי ולא פוליטי.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מהפכת הטורקים הצעירים ב-1908 חיזקה בסופו של דבר את הלאומיות הערבית, למרות שבתחילה עוררה תקוות לשינוי?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הקשר, לדעתכם, בין ההתעוררות התרבותית (א-נהדה) לבין פריצת המרד הערבי ב-1916?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זרמים בציונות והצביון הדתי ביישוב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כינס את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הרב קוק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רצה מרכז תרבותי ולא מדינה 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קראו לתנועה של הרב ריינס?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אגודת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הפועל המזרחי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המזרחי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פועלי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גר רוב היישוב הישן?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בקיבוצים 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בארבע ערי הקודש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במושבות חקלאיות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לחקלאים להמשיך לעבוד בשמיטה?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איסור מוחלט על עבודת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מכירה סמלית של הקרקע לנוכרי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מכירת קרקעות לערבים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שמירת השמיטה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זרמים בציונות והצביון הדתי ביישוב – התאמה בין זרם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ציונות מדינית (הרצל)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מרכז רוחני ותרבות עברית מתחדשת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ציונות מעשית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ייצוג היהדות החרדית, לא תמיד בזרם הציוני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ציונות רוחנית (אחד העם)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שילוב בין תורה ועבודה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המזרחי (ציונות דתית)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הכרה בינלאומית ('צ'רטר') לפני התיישבות רחבה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אגודת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התחלה מיידית בעלייה וברכישת קרקעות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זרמים בציונות והצביון הדתי ביישוב – חשיבה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שלכם/ן מה ההבדל בין הגישה של הרצל (ציונות מדינית) לגישה של אחד העם (ציונות רוחנית).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נוצר מתח בין 'היישוב הישן' ל'יישוב החדש'? הביאו שתי דוגמאות מהטקסט.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ניסה מכתב הסטטוס קוו מ-1947 להשיג, ולדעתכם האם פתרון כזה יכול להחזיק לאורך זמן?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זיכרון החורבן לדורותיו – הכרת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בשנת 70 לספירה חרב בית המקדש השני בידי הצבא הרומי.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רבן יוחנן בן זכאי יצא מירושלים הנצורה ברכב מלכותי בליווי חיילים.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זיכרון החורבן לדורותיו – הכרת העובדות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שם קשור לכיבוש 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יוליוס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נפוליאון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הוא ביקש כדי להציל את לימוד התורה?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תן לי יבנה וחכמיה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תן לי את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תן לי צבא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תן לי כסף 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זיכרון החורבן לדורותיו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התלמוד, בית המקדש השני חרב בעיקר בגלל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החורבן הפכה __________ למרכז של לימוד תורה ופסיקה הלכתית.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זיכרון החורבן לדורותיו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תשעה באב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ביקש מהשליט הרומי לקבל את יבנה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רבן יוחנן בן זכאי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יום צום לזכר חורבן שני בתי המקדש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אגדה שמראה איך עלבון הוביל לאסון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קמצא ובר קמצא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שאירע בפועל בעבר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דף שיח: אמונה בשואה ואחריה – כללי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השיח יש תשובה אחת נכונה לשאלת האמונה בשואה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לתלמיד או לתלמידה לומר שהם מוותרים על שיתוף הפעם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שנאמר בשיעור אפשר לספר לכל מי שרוצים מחוץ לכיתה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כללי השיח, מותר לקטוע מישהו שמדבר כדי להגיד את הדעה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מכבדים גם מי שמאמינים וגם מי שאינם מאמינים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דף שיח: אמונה בשואה ואחריה – מה אמרו בעדויות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כלל השיח אומר שמה שנאמר בכיתה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מותר לומר 'אני __________ הפעם' כשלא רוצים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בעדות הקצרה שבדף, ניצול שואה שהיה ל__________ מספר איך ראה את האמונה שלו בתקופת השואה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בעדות העוסקת בשמירה על מנהג, ניצולה מספרת איך משפחתה שמרה על __________ דתיים במחנות למרות הקושי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שמרגיש צורך לצאת לרגע מהשיעור או לדבר עם מבוגר, זה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במילים שלי מה זו אמנציפציה ובמה היא שונה מהשכלה?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לסדר בציר זמן את הנאורות, המהפכה התעשייתית, ההשכלה והציונות?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למה אין תשובה אחת נכונה לשאלת האמונה בשואה?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היסטוריה בעת החדשה: מנאורות לציונות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